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ספרות לכיתה ט׳ – מסע ביצירות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ספרות לכיתה ט׳: מסע ביצירות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ולהסביר אמצעים ספרותיים מרכזיים (מטפורה, דימוי, אירוניה, אלוזיה, האנשה) ביצירות מכל היחידות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השאלות הגדולות של כל יחידה ולקשר בין רעיון היחידה ליצירות הנלמדות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פסקה טיעונית ופסקת פרשנות קצרה לפי מבנה טענה-ראיה-הסבר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להשוות בין שתי יצירות משתי יחידות שונות ולזהות דמיון ושוני בנושא ובאמצעים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זהות וסיפור קצר: רגע אחד שמספר הכל – מה זוכרים מהיצירות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מה מעצב את מי שאנחנו – הבית, הארץ או הבחירות שלנו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סרוויס צ'כי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ילד זוכר רגע קטן של חלוקת פרוסת לחם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דמות מורכבת, בעלת תכונות סותרות, שמשתנה או מפתיעה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הוא מביט אחורה אל אירוע מילדותו מנקודת מבט בוגרת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זהות וסיפור קצר: רגע אחד שמספר הכל – התאמת מונחים ופרטים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(דמות מורכבת שמשתנה או מפתיעה במהלך היצירה)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(מספר שמביט אחורה מנקודת מבט בוגרת על אירוע מילדותו)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(הזווית שממנה מסופר הסיפור ונראים הדברים)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(חפץ שמסמל את הפער בין חלום למציאות בחיי האב)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(רגע קטן ויומיומי שחושף עולם רגשי שלם של הנער)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זהות וסיפור קצר: רגע אחד שמספר הכל – כתיבה ופרשנות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לציין תכונות סותרות אצל האב – למשל חלום וגעגוע מול התמודדות עם המציאות הקשה, ושינוי או גילוי שמפתיע את הקורא.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המספר המבוגר מביא פרספקטיבה של הבנה ורגש שלא היו לו כילד, ולכן הסיפור מקבל עומק נוסף.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חופשית: יש להתייחס לסמל הסרוויס (חלום, זיכרון, יוקרה) ולהציע זווית רגשית שונה מצד האם – למשל דאגה, איפוק או אכזבה.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תשובה אישית ופתוחה: יש לכלול תיאור החפץ והקשר שלו לזהות, למשפחה או למוצא.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אידיליה ושירה: מאחורי השלווה ובתוך הבית – היכרות עם המושגים והיצירות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מאחורי תיאור הבוקר השקט והלביבות מסתתר זיכרון כואב ובשורה קשה.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הדובר הוא קול בשיר, ואינו בהכרח זהה למשורר.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אידיליה ושירה: מאחורי השלווה ובתוך הבית – מילוי והבנה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גיטל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אנפורה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אידיליה ושירה: מאחורי השלווה ובתוך הבית – זיהוי אמצעים ופרטים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ליצור תחושת שלווה ואידיליה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מים גנובים ימתקו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הגעת המכתב עם הבשורה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אידיליה ושירה: מאחורי השלווה ובתוך הבית – התאמת מונחים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(תיאור חיים כפריים שלווים שמסתיר לעיתים מתח)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(הקול שמדבר בשיר, לא בהכרח המשורר)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(חזרה על מילה בתחילת שורות רצופות)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(העברת משמעות בלי מילת השוואה)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(מתן תכונות אנושיות לדבר שאינו אדם)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אהבות ומשהו קצת אחר: מיתוסים, פרדוקסים וזוויות חדשות – הכרת היצירות והמונחים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סיפור שמסביר את מקורו של דבר מוכר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על שם הנער שהתאהב בבבואתו והפך לפרח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המשרת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הוא לא יודע, רק 'מכאן'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אהבות ומשהו קצת אחר: מיתוסים, פרדוקסים וזוויות חדשות – זיהוי אמצעים ומונחים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אלוזיה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פרדוקס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אהבות ומשהו קצת אחר: מיתוסים, פרדוקסים וזוויות חדשות – התאמת מונחים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(סיפור שמסביר מקור של דבר מוכר)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(רמז ליצירה או לדמות מוכרת)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(אמירה שנראית סותרת את עצמה)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(דבר שמייצג רעיון מעבר למשמעותו המיידית)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(דמות מורכבת שמשתנה במהלך העלילה)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אהבות ומשהו קצת אחר: מיתוסים, פרדוקסים וזוויות חדשות – הבנה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מוסבר מקור תופעת ההד במיתוס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הדובר אינו יודע לאן הוא נוסע, רק רוצה להתרחק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זהו גרעין הסיפור האטיולוגי על הפרח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שואה וגבורה, מאבק וזיכרון: לשמור על שם ועל מילים – הכרת היצירות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השיר בנוי משלוש תמונות שונות של האחות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הרוח מפרקת את הזר במהלך השיר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שואה וגבורה, מאבק וזיכרון: לשמור על שם ועל מילים – השלמת מידע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טוביה ריבנר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אלמונים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כליה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שואה וגבורה, מאבק וזיכרון: לשמור על שם ועל מילים – הבנה ופרשנות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חזרה על הצירוף 'אחותי הקטנה'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שתיקה בשיר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שגם חייל שנפל הוא אדם בעל שם ופנים משלו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הרוח מפרקת אותו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שואה וגבורה, מאבק וזיכרון: לשמור על שם ועל מילים – התאמת מונחים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(יוצרת קצב והדגשה בשיר)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(קבוצת שירים הקשורים בנושא משותף)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(מה שלא נאמר במפורש אך מורגש בקריאה)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(ההבדל בין חייל ללא זהות לחייל עם פנים ושם)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מילון מונחים ומשחקי חזרה – זיהוי מונחים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יצירה המתארת חיים כפריים שלווים ופשוטים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סיפור שמסביר מקור של דבר מוכר, כמו שם של פרח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חזרה על מילה או צירוף בתחילת שורות רצופות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הקול שמדבר בשיר, לאו דווקא המשורר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מילון מונחים ומשחקי חזרה – התאמה ונכון/לא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(פער בין מה שנאמר או מצופה לבין מה שקורה באמת)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(רמז ליצירה או סיפור מוכרים שמוסיף משמעות)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(דמות מורכבת בעלת תכונות סותרות שמשתנה)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(דמות הבנויה סביב תכונה אחת בלבד)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(קבוצת שורות בשיר, כמו פסקה בסיפור)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מילון מונחים ומשחקי חזרה – יישום והבחנה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דימוי משתמש במילת השוואה, בניגוד למטפורה שמעבירה משמעות ישירות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להפך: הקוראים חשים שמשהו קשה מתקרב בזמן שהדמות אינה יודעת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מוגדר במילון המונחים של היחידה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5 · מילון מונחים ומשחקי חזרה – חשיבה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 הכוללת שני מונחים נכונים ודוגמה מתאימה לכל אחד מהיצירות שנלמדו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הכוללת הסבר נכון למושג אלוזיה ודוגמה רלוונטית מהיצירות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הכוללת קביעה מנומקת עם דוגמה מהטקסט התומכת 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חזרה מסכמת – שאלות סגורות על כל היחידות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פרוסת לחם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זהות – בין מולדות ובין דורות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חיים כפריים פשוטים ושלווים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משהו קצת אחר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מיתוס המסביר מקור דבר (אטיולוגי)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מאבק וזיכרון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א – עגולה מורכבת ומשתנה, שטוחה בנויה סביב תכונה אחת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א – הצירוף 'אחותי הקטנה'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מצטט/ת דוגמה מדויקת מהיצירה ומסביר/ה את תפקיד האמצעי, לא רק מזהה אותו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הפסקה כוללת שלושה חלקים ברורים ולא רק תיאור כללי של העלילה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ההשוואה מתייחסת לנושא משותף ולא רק לעובדה שתי יצירות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לפזר את חמשת הפרקים על פני כמה שיעורים, פרק אחד או שניים בכל פעם, בהתאם למערכי השיעור של 45 דקות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בכיתה חנ״מ מומלץ לקצר כל קטע קריאה, להקריא בקול ולהציע שלוש אפשרויות סגורות במקום שאלה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עולים חדשים כדאי להכין מראש מחסן מילות קישור ומילון קצר ליצירה לפני הכתיבה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לפני מעבר ליחידות הרגישות (שואה וגבורה, מאבק וזיכרון) כדאי להזכיר שהשיתוף האישי תמיד רשות ולא חובה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ספרות לכיתה ט׳ – מסע ביצירות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ספרות לכיתה ט׳: מסע ביצירות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עבדו בחוברת לפי סדר הפרקים, פרק אחד בכל שיעור או שיעורים. בכל פרק ענו קודם על שאלות המידע ורק אחר כך על שאלות הפרשנות, ובסוף נסו את משימת הכתיבה הקצרה.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זהות וסיפור קצר: רגע אחד שמספר הכל – מה זוכרים מהיצירות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השאלה הגדולה של יחידת זהות – בין מולדות ובין דורות?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מה מעצב את מי שאנחנו – הבית, הארץ או הבחירות שלנו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איך כותבים שיר אהבה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מהו מיתוס יווני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איך בונים טיעון לבגרות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באיזו יצירה מקבל האב במתנה סרוויס צ'כי?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פת לחם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סרוויס צ'כי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לביבות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קדיש יתום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קורה בסיפור 'פת לחם' בתמצית?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ילד זוכר רגע קטן של חלוקת פרוסת לחם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משפחה חוגגת חתונה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ילד מקבל מתנה מיוחדת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נער יוצא למסע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מהי 'דמות עגולה'?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דמות שבנויה סביב תכונה אחת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דמות מורכבת, בעלת תכונות סותרות, שמשתנה או מפתיעה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דמות שלא מופיעה בסיפור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דמות שתמיד צודקת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אופייני ל'מספר בגוף ראשון מבוגר' כמו בסיפור 'פת לחם'?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מספר בגוף שלישי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מביט אחורה אל אירוע מילדותו מנקודת מבט בוגרת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תמיד הדמות הראשית בהווה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לא יודע מה קרה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זהות וסיפור קצר: רגע אחד שמספר הכל – התאמת מונחים ופרטים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דמות עגולה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מספר שמביט אחורה מנקודת מבט בוגרת על אירוע מילדותו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מספר בגוף ראשון מבוגר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רגע קטן ויומיומי שחושף עולם רגשי שלם של הנער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נקודת תצפית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חפץ שמסמל את הפער בין חלום למציאות בחיי האב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הסרוויס הצ'כי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דמות מורכבת שמשתנה או מפתיעה במהלך היצירה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פרוסת הלחם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הזווית שממנה מסופר הסיפור ונראים הדברים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זהות וסיפור קצר: רגע אחד שמספר הכל – כתיבה ופרשנות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בשתי משפטים מדוע האב בסיפור 'סרוויס צ'כי' נחשב דמות עגולה.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אחד שמסביר מדוע הבחירה במספר מבוגר משנה את האופן שבו מסופר 'פת לחם'.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5-6 שורות: מה מייצג הסרוויס הצ'כי בעיני המספר, ואיך היה משתנה הסיפור אילו סופר מנקודת מבטה של האם?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כתבו פסקה קצרה (4-5 שורות) על חפץ שמייצג בעיניכם זהות או מוצא משפחתי, בהשראת הסיפור 'סרוויס צ'כי'.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2 · אידיליה ושירה: מאחורי השלווה ובתוך הבית – היכרות עם המושגים והיצירות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באידיליה יכולה השלווה הכפרית להסתיר מתח וצער, כמו ב'לביבות'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בשיר 'לו גנב הייתי' הדובר הוא בהכרח המשורר עצמו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אידיליה ושירה: מאחורי השלווה ובתוך הבית – מילוי והבנה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הדמות הזקנה שמכינה את הלביבות בסיפור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קבוצת שורות בשיר, כמו פסקה בסיפור,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חזרה על מילה או צירוף בתחילת שורות רצופות בשיר נקראת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אידיליה ושירה: מאחורי השלווה ובתוך הבית – זיהוי אמצעים ופרטים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תפקיד תיאור השמש והחתול בפתיחת 'לביבות'?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ליצור תחושת שלווה ואידיליה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להבהיל את הקוראים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לתאר מלחמה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לתאר עיר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פסוק מקראי מהדהד ברקע השיר 'לו גנב הייתי'?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מים גנובים ימתקו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עפר אתה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שמע 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ואהבת לרעך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'שובר' את האידיליה בסיפור 'לביבות' לקראת הסיום?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הגעת המכתב עם הבשורה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סיום הבישול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בוא אורחים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שינוי מזג האוויר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אידיליה ושירה: מאחורי השלווה ובתוך הבית – התאמת מונחים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אידיליה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מתן תכונות אנושיות לדבר שאינו אדם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דובר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חזרה על מילה בתחילת שורות רצופות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אנפורה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העברת משמעות בלי מילת השוואה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מטפורה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תיאור חיים כפריים שלווים שמסתיר לעיתים מתח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האנשה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הקול שמדבר בשיר, לא בהכרח המשורר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אהבות ומשהו קצת אחר: מיתוסים, פרדוקסים וזוויות חדשות – הכרת היצירות והמונחים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סיפור אטיולוגי?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סיפור שמסביר את מקורו של דבר מוכר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סיפור על גיבורים מהעבר הרחוק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שיר קצר בעל חריזה קבועה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תיאור של נוף כפרי שליו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מדוע נקרא הפרח 'נרקיס' בשם הזה, לפי המיתוס?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על שם צבעו הלבן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 שם הנער שהתאהב בבבואתו והפך לפרח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על שם אלת האהבה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על שם ההד שנוצר ביער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משוחח עם הדובר ב'היציאה'?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אביו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סוסו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המשרת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שכנו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עונה הדובר ב'היציאה' כששואלים אותו לאן הוא נוסע?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לעיר הבירה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לא יודע, רק 'מכאן'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לביתו של חבר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לשוק הכפרי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אהבות ומשהו קצת אחר: מיתוסים, פרדוקסים וזוויות חדשות – זיהוי אמצעים ומונחים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רמז ליצירה או לדמות מוכרת שמוסיף שכבת משמעות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אמירה הנראית כסותרת את עצמה, אך חושפת אמת מפתיעה, נקראת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אהבות ומשהו קצת אחר: מיתוסים, פרדוקסים וזוויות חדשות – התאמת מונחים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מיתוס אטיולוגי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רמז ליצירה או לדמות מוכרת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אלוזיה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דבר שמייצג רעיון מעבר למשמעותו המיידית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פרדוקס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דמות מורכבת שמשתנה במהלך העלילה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סמל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סיפור שמסביר מקור של דבר מוכר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דמות עגולה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אמירה שנראית סותרת את עצמה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אהבות ומשהו קצת אחר: מיתוסים, פרדוקסים וזוויות חדשות – הבנה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אקו ביער חוזרת על המילים האחרונות ששומעת, ומכך נוצר ההד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ב'היציאה' הדובר יוצא למסע עם מטרה ברורה ומתוכננת מראש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במיתוס נרקיס מתאהב בבבואתו שלו במים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שואה וגבורה, מאבק וזיכרון: לשמור על שם ועל מילים – הכרת היצירות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המשורר טוביה ריבנר עלה לארץ כנער, ומשפחתו נספתה בשואה.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השיר 'אחותי הקטנה' מתאר את דמות האחות בתמונה אחת בלבד.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בשיר 'אין לנו חיילים אלמונים' מוזכרת דמות בשם יונתן.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בשיר 'עשרים שנה בגיא' הזר שמונח נשאר שלם ולא משתנה.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שואה וגבורה, מאבק וזיכרון: לשמור על שם ועל מילים – השלמת מידע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את השיר 'אחותי הקטנה' כתב המשורר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שם השיר העוסק בזיכרון חיילים שנפלו הוא 'אין לנו חיילים __________'.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בשיר 'נזכור אחים ורעים' מופיעה השורה 'לחיים ולא ל__________'.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שואה וגבורה, מאבק וזיכרון: לשמור על שם ועל מילים – הבנה ופרשנות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החזרה הבולטת ביותר בשיר 'אחותי הקטנה'?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חזרה על הצירוף 'אחותי הקטנה'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חזרה על המילה 'שמש'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חזרה על המילה 'ים'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חזרה על המילה 'בוקר'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באיזה אמצעי משתמש השיר כדי לבטא את מה שקשה או בלתי אפשרי לומר במילים?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אירוניה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שתיקה בשיר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הגזמה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מבקש השיר 'אין לנו חיילים אלמונים' להראות דרך הפרטים על יונתן?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שהוא דמות בדויה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שגם חייל שנפל הוא אדם בעל שם ופנים משלו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שהוא עדיין חי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שאף אחד לא זוכר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קורה לזר (זר הפרחים) בשיר 'עשרים שנה בגיא'?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נשאר שלם לנצח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הרוח מפרקת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נגנב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נשרף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4 · שואה וגבורה, מאבק וזיכרון: לשמור על שם ועל מילים – התאמת מונחים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חזרה על מילה או צירוף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מה שלא נאמר במפורש אך מורגש בקריאה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מחזור שירים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ההבדל בין חייל ללא זהות לחייל עם פנים ושם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שתיקה בשיר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קבוצת שירים הקשורים בנושא משותף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אלמוני מול בעל שם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יוצרת קצב והדגשה בשיר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מילון מונחים ומשחקי חזרה – זיהוי מונחים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אידיליה?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יצירה המתארת חיים כפריים שלווים ופשוטים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שיר שנכתב רק על אהבה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סיפור שמסביר מקור של 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דמות המשתנה במהלך העלילה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מהי אטיולוגיה (סיפור הסבר)?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שיר קצר על רגשות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סיפור שמסביר מקור של דבר מוכר, כמו שם של פרח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תיאור של נוף כפרי שליו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חזרה על מילה בתחילת שורות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מהי אנפורה?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חזרה על מילה או צירוף בתחילת שורות רצופות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השוואה בין שני דברים במילת כמו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פער בין הנאמר למתרחש באמת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רמז ליצירה מוכרת אחרת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מיהו הדובר בשיר?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המשורר עצמו תמיד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הקול שמדבר בשיר, לאו דווקא המשורר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הדמות הראשית בסיפור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הקורא של השיר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מילון מונחים ומשחקי חזרה – התאמה ונכון/לא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אירוניה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רמז ליצירה או סיפור מוכרים שמוסיף משמעות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אלוזיה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דמות הבנויה סביב תכונה אחת בלבד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דמות עגולה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קבוצת שורות בשיר, כמו פסקה בסיפור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דמות שטוחה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פער בין מה שנאמר או מצופה לבין מה שקורה באמת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בית (בשיר)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דמות מורכבת בעלת תכונות סותרות שמשתנה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מילון מונחים ומשחקי חזרה – יישום והבחנה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דימוי הוא השוואה בין שני דברים באמצעות מילת השוואה כמו 'כ' או 'כמו'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אירוניה טרגית היא כשהדמות יודעת הכול לפני הקוראים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דובר מת הוא דובר בשיר שכבר אינו בין החיים ומתבונן על העולם שהמשיך בלעדיו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5 · מילון מונחים ומשחקי חזרה – חשיבה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שני מונחים מהמילון (למשל דימוי ואנפורה) וכתבו דוגמה אחת לכל אחד מיצירה שלמדתם השנה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מהי אלוזיה, ותנו דוגמה לרמז כזה מיצירה שהכרתם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בחרו דמות מיצירה שלמדתם וקבעו אם היא עגולה או שטוחה, והסבירו למה בעזרת דוגמה אחת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20  חלק כ׳ – חזרה מסכמת – שאלות סגורות על כל היחידות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חפץ יומיומי עומד במרכז הסיפור 'פת לחם' מיחידת הסיפור הקצר?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פרוסת לחם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שמלה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תכשיט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זר פרחים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היצירה 'קדיש יתום' שייכת ליחידה: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זהות – בין מולדות ובין דורות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אהבות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מאבק וזיכרון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אידיליה היא יצירה המתארת בעיקר: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חיים כפריים פשוטים ושלווים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קרב מלחמה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משפט פלילי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מסע בחלל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הסיפור 'היציאה' (קפקא) שייך ליחידה: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משהו קצת אחר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אהבות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אידיליות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שואה וגבורה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'אקו ונרקיס' הוא סיפור מסוג: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מיתוס המסביר מקור דבר (אטיולוגי)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יומן אישי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מאמר עיתונאי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מכתב רשמי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השיר 'אין לנו חיילים אלמונים' שייך ליחידה: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מאבק וזיכרון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אהבות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אידיליות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משהו קצת אחר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ההבדל בין דמות עגולה לדמות שטוחה הוא: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עגולה מורכבת ומשתנה, שטוחה בנויה סביב תכונה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עגולה קצרה יותר, שטוחה ארוכה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אין הבדל ביניהן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שטוחה תמיד הדמות הראשית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בשיר 'אחותי הקטנה' (יחידת שואה וגבורה) מה חוזר לאורך השיר ויוצר אפקט של הדגשה?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הצירוף 'אחותי הקטנה'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שם 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מספר שנים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של עיר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באיזו יצירה מצאתי דוגמה לאירוניה או לאלוזיה, ואיך היא קשורה לשאלה הגדולה של היחידה?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הצלחתי לכתוב פסקה עם טענה, ראיה והסבר על אחת היצירות?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איזו יחידה הייתה לי הכי מעניינת להשוות אליה יחידה אחרת,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ספרות לכיתה ט׳: מסע ביצירות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