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מרכזיים (מטפורה, דימוי, אירוניה, אלוזיה, האנשה) ביצירות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השאלות הגדולות של כל יחידה ולקשר בין רעיון היחידה ליצירות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ופסקת פרשנות קצרה לפי 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שתי יצירות משתי יחידות שונות ולזהות דמיון ושוני בנושא ובאמצעים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זהות וסיפור קצר: רגע אחד שמספר הכל – מה זוכרים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מעצב את מי שאנחנו – הבית, הארץ או הבחירות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ילד זוכר רגע קטן של חלוקת פרוסת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זהות וסיפור קצר: רגע אחד שמספר הכל – התאמת מונחים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(דמות מורכבת שמשתנה או מפתיעה במהלך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שמביט אחורה מנקודת מבט בוגרת על אירוע מילדותו)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(הזווית שממנה מסופר הסיפור ונראים הדברים)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זהות וסיפור קצר: רגע אחד שמספר הכל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המבוגר מביא פרספקטיבה של הבנה ורגש שלא היו לו כילד, ולכן הסיפור מקבל עומק נוסף.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אידיליה ושירה: מאחורי השלווה ובתוך הבית – היכרות עם המושגים והיצירות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מאחורי תיאור הבוקר השקט והלביבות מסתתר זיכרון כואב ובשורה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הוא קול בשיר, ואינו בהכרח זהה למשורר.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אידיליה ושירה: מאחורי השלווה ובתוך הבית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אידיליה ושירה: מאחורי השלווה ובתוך הבית – זיהוי אמצעים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שלווה ואידיליה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אידיליה ושירה: מאחורי השלווה ובתוך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(תיאור חיים כפריים שלווים שמסתיר לעיתים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(הקול שמדבר בשיר, לא בהכרח המשורר)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(חזרה על מילה בתחילת שורות רצופות)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(העברת משמעות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אהבות ומשהו קצת אחר: מיתוסים, פרדוקסים וזוויות חדשות – הכרת היצירות והמונחים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שמסביר את מקורו של דבר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שם הנער שהתאהב בבבואתו והפך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אהבות ומשהו קצת אחר: מיתוסים, פרדוקסים וזוויות חדשות – זיהוי אמצעים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אלוזיה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אהבות ומשהו קצת אחר: מיתוסים, פרדוקסים וזוויות חדשות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שמסביר מקור של דבר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ליצירה או לדמות 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(אמירה שנראית סותרת את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שמייצג רעיון מעבר למשמעותו המיידית)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אהבות ומשהו קצת אחר: מיתוסים, פרדוקסים וזוויות חדשות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מקור תופעת ההד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אינו יודע לאן הוא נוסע, רק רוצה להתרחק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שואה וגבורה, מאבק וזיכרון: לשמור על שם ועל מילים – הכרת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בנוי משלוש תמונות שונות של האחות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שואה וגבורה, מאבק וזיכרון: לשמור על שם ועל מילים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שואה וגבורה, מאבק וזיכרון: לשמור על שם ועל מילים – הבנה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על הצירוף 'אחותי הקטנה'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שתיקה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שואה וגבורה, מאבק וזיכרון: לשמור על שם ועל מילים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(יוצרת קצב והדגשה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שירים הקשורים בנושא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שלא נאמר במפורש אך מורגש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(ההבדל בין חייל ללא זהות לחייל עם פנים ושם)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מילון מונחים ומשחקי חזרה – זיהוי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יצירה המתארת חיים כפריים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שמסביר מקור של דבר מוכר, כמו שם של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על מילה או צירוף בתחילת שורות רצופות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מילון מונחים ומשחקי חזרה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(פער בין מה שנאמר או מצופה לבין מה שקורה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ליצירה או סיפור מוכרים שמוסיף 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(דמות מורכבת בעלת תכונות סותרות שמשתנה)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שורות בשיר, כמו פסקה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מילון מונחים ומשחקי חזרה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משתמש במילת השוואה, בניגוד למטפורה שמעבירה משמעות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להפך: הקוראים חשים שמשהו קשה מתקרב בזמן שהדמות אינה יודעת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מילון מונחים ומשחקי חזרה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פרוסת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זהות –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חיים כפריים פשוטים ושלווים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דוגמה מדויקת מהיצירה ומסביר/ה את תפקיד האמצעי, לא רק מזהה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שלושה חלקים ברורים ולא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ההשוואה מתייחסת לנושא משותף ולא רק לעובדה שתי 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חמשת הפרקים על פני כמה שיעורים, פרק אחד או שניים בכל פעם, בהתאם למערכי השיעור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חנ״מ מומלץ לקצר כל קטע קריאה, להקריא בקול ולהציע שלוש אפשרויות סגורות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להכין מראש מחסן מילות קישור ומילון קצר ליצירה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מעבר ליחידות הרגישות (שואה וגבורה, מאבק וזיכרון) כדאי להזכיר שהשיתוף האישי תמיד רשות ולא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הפרקים, פרק אחד בכל שיעור או שיעורים. בכל פרק ענו קודם על שאלות המידע ורק אחר כך על שאלות הפרשנות, ובסוף נסו את משימת הכתיבה הקצרה.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אלוזיה  ·  טוביה ריבנר  ·  גיטל  ·  בית  ·  אלמונים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זהות וסיפור קצר: רגע אחד שמספר הכל – מה זוכרים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השאלה הגדולה של יחידת זהות – בין מולדות ובין 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מעצב את מי שאנחנו – הבית, הארץ או הבחירות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כותבים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מהו מיתוס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יצירה מקבל האב במתנה סרוויס צ'כי?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בסיפור 'פת לחם' בתמצית?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זוכר רגע קטן של חלוקת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משפחה חוגגת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 מקבל מתנה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זהות וסיפור קצר: רגע אחד שמספר הכל – התאמת מונחים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שמביט אחורה מנקודת מבט בוגרת על אירוע מילדותו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 בגוף ראשון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הזווית שממנה מסופר הסיפור ונראים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דמות מורכבת שמשתנה או מפתיעה במהלך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זהות וסיפור קצר: רגע אחד שמספר הכל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מדוע הבחירה במספר מבוגר משנה את האופן שבו מסופר 'פת לחם'.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אידיליה ושירה: מאחורי השלווה ובתוך הבית – היכרות עם המושגים והיצירות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באידיליה יכולה השלווה הכפרית להסתיר מתח וצער, כמו ב'לביבות'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'לו גנב הייתי' הדובר הוא בהכרח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אידיליה ושירה: מאחורי השלווה ובתוך הבית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הדמות הזקנה שמכינה את הלביבות בסיפור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קבוצת שורות בשיר, כמו פסקה בסיפור,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אידיליה ושירה: מאחורי השלווה ובתוך הבית – זיהוי אמצעים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תיאור השמש והחתול בפתיחת 'לביבות'?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תחושת שלווה ואידיליה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להבהיל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אידיליה ושירה: מאחורי השלווה ובתוך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אידיליה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הקול שמדבר בשיר, לא בהכרח המשורר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תיאור חיים כפריים שלווים שמסתיר לעיתים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העברת משמעות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חזרה על מילה בתחילת שורות רצופות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אהבות ומשהו קצת אחר: מיתוסים, פרדוקסים וזוויות חדשות – הכרת היצירות והמונחים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שמסביר את מקורו של דבר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על גיבורים מהעבר הרחוק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קצר בעל חריזה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נקרא הפרח 'נרקיס' בשם הזה, לפי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שם צבעו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שם הנער שהתאהב בבבואתו והפך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שם אלת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משוחח עם הדובר ב'היציאה'?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אהבות ומשהו קצת אחר: מיתוסים, פרדוקסים וזוויות חדשות – זיהוי אמצעים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רמז ליצירה או לדמות מוכרת שמוסיף שכבת משמעות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אהבות ומשהו קצת אחר: מיתוסים, פרדוקסים וזוויות חדשות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מיתוס אטיולוגי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אמירה שנראית סותרת את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שמסביר מקור של דבר 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פרדוקס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שמייצג רעיון מעבר למשמעותו המיידית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רמז ליצירה או לדמות מוכרת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אהבות ומשהו קצת אחר: מיתוסים, פרדוקסים וזוויות חדשות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ביער חוזרת על המילים האחרונות ששומעת, ומכך נוצר ההד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ב'היציאה' הדובר יוצא למסע עם מטרה ברורה ומתוכננת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שואה וגבורה, מאבק וזיכרון: לשמור על שם ועל מילים – הכרת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המשורר טוביה ריבנר עלה לארץ כנער, ומשפחתו נספתה בשואה.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'אחותי הקטנה' מתאר את דמות האחות בתמונה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'אין לנו חיילים אלמונים' מוזכרת דמות בשם יונתן.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שואה וגבורה, מאבק וזיכרון: לשמור על שם ועל מילים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השיר 'אחותי הקטנה' כתב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השיר העוסק בזיכרון חיילים שנפלו הוא 'אין לנו חיילים 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שואה וגבורה, מאבק וזיכרון: לשמור על שם ועל מילים – הבנה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החזרה הבולטת ביותר בשיר 'אחותי הקטנה'?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על הצירוף 'אחותי הקטנה'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המילה 'שמש'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המילה 'ים'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אמצעי משתמש השיר כדי לבטא את מה שקשה או בלתי אפשרי לומר במילים?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שתיקה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הגזמה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שואה וגבורה, מאבק וזיכרון: לשמור על שם ועל מילים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חזרה על מילה או צירוף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ההבדל בין חייל ללא זהות לחייל עם פנים ושם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יוצרת קצב והדגשה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שירים הקשורים בנושא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אלמוני מול בעל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שלא נאמר במפורש אך מורגש בקריאה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מילון מונחים ומשחקי חזרה – זיהוי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יצירה המתארת חיים כפריים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שנכתב רק על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 שמסביר מקור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אטיולוגיה (סיפור הסבר)?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קצר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שמסביר מקור של דבר מוכר, כמו שם של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של נוף כפרי שליו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על מילה או צירוף בתחילת שורות רצופות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 בין שני דברים במילת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פער בין הנאמר למתרחש באמת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מילון מונחים ומשחקי חזרה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דמות מורכבת בעלת תכונות סותרות שמשתנה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פער בין מה שנאמר או מצופה לבין מה שקורה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שורות בשיר, כמו פסקה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 (בשיר)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רמז ליצירה או סיפור מוכרים שמוסיף 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מילון מונחים ומשחקי חזרה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הוא השוואה בין שני דברים באמצעות מילת השוואה כמו 'כ' או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אירוניה טרגית היא כשהדמות יודעת הכול לפני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מילון מונחים ומשחקי חזרה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על 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חפץ יומיומי עומד במרכז הסיפור 'פת לחם' מיחידת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תכשיט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היצירה 'קדיש יתום' שייכת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זהות – בין מולדות ובין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אידיליה היא יצירה המתארת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חיים כפריים פשוטים ושלווים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פלילי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יצירה מצאתי דוגמה לאירוניה או לאלוזיה, ואיך היא קשורה לשאלה הגדולה של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לכתוב פסקה עם טענה, ראיה והסבר על אחת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ט׳: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